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8164"/>
      </w:tblGrid>
      <w:tr>
        <w:trPr>
          <w:cantSplit/>
        </w:trPr>
        <w:tc>
          <w:tcPr>
            <w:tcW w:type="dxa" w:w="5018"/>
            <w:tcMar>
              <w:top w:w="80" w:type="dxa"/>
              <w:start w:w="80" w:type="dxa"/>
              <w:bottom w:w="80" w:type="dxa"/>
              <w:end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48000" cy="648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qtd-log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64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018"/>
            <w:tcMar>
              <w:top w:w="80" w:type="dxa"/>
              <w:start w:w="120" w:type="dxa"/>
              <w:bottom w:w="80" w:type="dxa"/>
              <w:end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40" w:line="240" w:lineRule="auto"/>
            </w:pPr>
            <w:r>
              <w:rPr>
                <w:rFonts w:ascii="Arial" w:hAnsi="Arial" w:eastAsia="Noto Sans CJK SC"/>
                <w:b/>
                <w:color w:val="143A52"/>
                <w:sz w:val="40"/>
              </w:rPr>
              <w:t>AI 项目需求表</w:t>
            </w:r>
          </w:p>
          <w:p>
            <w:pPr>
              <w:spacing w:before="0" w:after="20" w:line="240" w:lineRule="auto"/>
            </w:pPr>
            <w:r>
              <w:rPr>
                <w:rFonts w:ascii="Arial" w:hAnsi="Arial" w:eastAsia="Noto Sans CJK SC"/>
                <w:b/>
                <w:color w:val="1F7A8C"/>
                <w:sz w:val="26"/>
              </w:rPr>
              <w:t>AI-4  |  科研知识库与 RAG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5E707A"/>
                <w:sz w:val="18"/>
              </w:rPr>
              <w:t>合肥晶算量子科技有限公司 · JINGSUAN QUANTUM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3515"/>
        <w:gridCol w:w="1417"/>
        <w:gridCol w:w="3515"/>
      </w:tblGrid>
      <w:tr>
        <w:trPr>
          <w:cantSplit/>
          <w:cantSplit/>
        </w:trPr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项目编号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23313A"/>
                <w:sz w:val="18"/>
              </w:rPr>
              <w:t>AI-4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项目名称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23313A"/>
                <w:sz w:val="18"/>
              </w:rPr>
              <w:t>科研知识库与 RAG</w:t>
            </w:r>
          </w:p>
        </w:tc>
      </w:tr>
      <w:tr>
        <w:trPr>
          <w:cantSplit/>
          <w:cantSplit/>
        </w:trPr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输出编号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JSLZ-YYYYMMDD-AI-4-序号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  <w:shd w:fill="143A52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项目类别</w:t>
            </w:r>
          </w:p>
        </w:tc>
        <w:tc>
          <w:tcPr>
            <w:tcW w:type="dxa" w:w="2509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AI 知识库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EAF3F7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F7A8C"/>
                <w:sz w:val="19"/>
              </w:rPr>
              <w:t>项目说明</w:t>
            </w:r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 xml:space="preserve">  将论文、专利、SOP、报告和实验记录整理为可检索、可引用、可权限管理并可持续更新的科研知识库。</w:t>
            </w:r>
          </w:p>
        </w:tc>
      </w:tr>
      <w:tr>
        <w:trPr>
          <w:cantSplit/>
          <w:cantSplit/>
        </w:trPr>
        <w:tc>
          <w:tcPr>
            <w:tcW w:type="dxa" w:w="10036"/>
            <w:shd w:fill="F6F9FB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F7A8C"/>
                <w:sz w:val="19"/>
              </w:rPr>
              <w:t>适用范围（参考）</w:t>
            </w:r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 xml:space="preserve">  适用于内部文献检索、SOP/标准问答、项目资料管理、引用定位及团队知识复用。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01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客户及项目基本信息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联系人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单位/学校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手机号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邮箱（选填）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项目负责人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期望完成时间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预算范围（选填）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项目当前阶段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需求评估  □ 可行性验证  □ 原型开发  □ 正式开发  □ 优化升级</w:t>
            </w:r>
          </w:p>
        </w:tc>
      </w:tr>
      <w:tr>
        <w:trPr>
          <w:cantSplit/>
          <w:trHeight w:hRule="atLeast" w:val="386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是否需要保密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是  □ 否  □ 待沟通；保密要求：________________________________________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02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项目背景与目标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一句话项目需求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请说明希望 AI 完成什么任务或解决什么问题。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项目背景、现有问题与使用场景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期望实现的目标及优先级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可填写必须实现、建议实现和后续扩展内容。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03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科研知识库与 RAG专属需求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知识范围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论文  □ 专利  □ SOP  □ 测试标准  □ 项目报告  □ 实验记录  □ 合同/纪要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主要用户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个人  □ 课题组  □ 部门  □ 企业研发团队  □ 客户服务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核心功能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语义检索  □ 问答  □ 摘要  □ 对比  □ 引用定位  □ 表格抽取  □ 文件导航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典型问题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请提供 3-10 个希望系统回答的问题：________________________________________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引用要求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文件名  □ 页码  □ 段落  □ 原文片段  □ 图表编号  □ 可点击跳转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语言范围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中文  □ 英文  □ 中英混合  □ 其他：________________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更新方式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手工上传  □ 定期批量更新  □ 文件夹同步  □ API/数据库同步  □ 待设计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权限结构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不区分权限  □ 按用户  □ 按项目  □ 按部门  □ 管理员/普通用户  □ 其他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04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现有数据、资料与可用资源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资料规模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文件数量：________________；总容量：________________；预计年新增量：________________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文件格式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PDF  □ Word  □ PPT  □ Excel  □ 网页  □ 图片扫描件  □ 数据库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可解析性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可复制文本  □ 扫描件需 OCR  □ 含复杂表格/公式  □ 含图片图注  □ 待抽样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目录结构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已分类  □ 有元数据  □ 文件名不统一  □ 多版本重复  □ 需重新设计分类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敏感资料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无敏感信息  □ 内部保密  □ 分级访问  □ 不可上传公有云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评测资料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可提供标准问答集  □ 可提供常见问题  □ 需共同构建  □ 暂无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数据或资料补充说明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不确定内容可填写“请技术人员评估”。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05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模型、分析、评价与应用要求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检索策略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向量检索  □ 关键词检索  □ 混合检索  □ 重排序  □ 待技术评估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模型环境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公有大模型 API  □ 私有模型  □ 本地部署  □ 指定模型：________________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质量指标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引用正确率  □ 问答准确率  □ 召回率  □ 响应时间  □ 用户满意度  □ 其他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拒答规则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无来源则拒答  □ 低置信度提示  □ 仅基于知识库  □ 允许通用知识  □ 待确认</w:t>
            </w:r>
          </w:p>
        </w:tc>
      </w:tr>
      <w:tr>
        <w:trPr>
          <w:cantSplit/>
          <w:trHeight w:hRule="atLeast" w:val="454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交付形式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网页知识库  □ 内部聊天入口  □ API  □ 原型演示  □ 检索评测报告  □ 运维说明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期望结果示例或评价标准补充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06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部署、安全与接口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部署环境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客户本地  □ 私有服务器  □ 公有云  □ HQTD 托管  □ 暂不部署/仅交付结果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运行设备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Windows  □ Linux  □ 浏览器  □ GPU 服务器  □ 移动端  □ 其他：____________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用户与权限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预计用户数：________；□ 不区分权限  □ 管理员/普通用户  □ 多角色权限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接口与兼容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需对接的软件、数据库、平台或 API：________________________________________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数据安全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可使用公有云  □ 仅私有环境  □ 需脱敏  □ 禁止外发  □ 需日志审计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后续维护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不需要  □ 仅质保期维护  □ 定期更新数据/模型  □ 长期技术支持  □ 待沟通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特殊技术、合规或兼容要求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07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交付内容与验收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期望交付内容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技术方案  □ 数据处理结果  □ 模型文件  □ 代码/脚本  □ 分析报告  □ 图表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工具与系统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演示原型  □ 可运行程序  □ 网页系统  □ API  □ 数据看板  □ 不需要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文档与培训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操作说明  □ 技术文档  □ 测试报告  □ 培训/讲解  □ 部署说明  □ 其他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代码范围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不交付代码  □ 交付约定范围代码  □ 交付完整源代码  □ 需另行协商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验收方式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结果文件验收  □ 指标验收  □ 测试用例验收  □ 原型演示  □ 阶段验收</w:t>
            </w:r>
          </w:p>
        </w:tc>
      </w:tr>
      <w:tr>
        <w:trPr>
          <w:cantSplit/>
          <w:trHeight w:hRule="atLeast" w:val="442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修改轮次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期望沟通/修改方式：________________________________________________________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cantSplit/>
        </w:trPr>
        <w:tc>
          <w:tcPr>
            <w:tcW w:type="dxa" w:w="10036"/>
            <w:shd w:fill="F6F9FB"/>
            <w:tcMar>
              <w:top w:w="80" w:type="dxa"/>
              <w:start w:w="120" w:type="dxa"/>
              <w:bottom w:w="7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明确不包含的工作或交付边界</w:t>
            </w:r>
            <w:r>
              <w:rPr>
                <w:rFonts w:ascii="Arial" w:hAnsi="Arial" w:eastAsia="Noto Sans CJK SC"/>
                <w:b w:val="0"/>
                <w:color w:val="5E707A"/>
                <w:sz w:val="17"/>
              </w:rPr>
              <w:t xml:space="preserve">  例如数据采集、人工标注、硬件采购、长期运维等。</w:t>
            </w:r>
          </w:p>
        </w:tc>
      </w:tr>
      <w:tr>
        <w:trPr>
          <w:cantSplit/>
          <w:cantSplit/>
        </w:trPr>
        <w:tc>
          <w:tcPr>
            <w:tcW w:type="dxa" w:w="10036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Noto Sans CJK SC"/>
                <w:b w:val="0"/>
                <w:color w:val="9AA8B0"/>
                <w:sz w:val="17"/>
              </w:rPr>
              <w:t>________________________________________________________________________________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08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计划、配合与沟通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期望里程碑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数据评估  □ 方案确认  □ 基线结果  □ 原型  □ 正式交付  □ 验收培训</w:t>
            </w:r>
          </w:p>
        </w:tc>
      </w:tr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客户可配合事项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提供数据/资料  □ 专家解释  □ 测试反馈  □ 部署环境  □ 审核确认  □ 其他</w:t>
            </w:r>
          </w:p>
        </w:tc>
      </w:tr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沟通方式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微信二维码  □ 邮件  □ 在线会议  □ 电话；建议频率：________________</w:t>
            </w:r>
          </w:p>
        </w:tc>
      </w:tr>
      <w:tr>
        <w:trPr>
          <w:cantSplit/>
          <w:trHeight w:hRule="atLeast" w:val="42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紧急程度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□ 常规  □ 有明确截止日期  □ 紧急；关键日期：____________________________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9298"/>
      </w:tblGrid>
      <w:tr>
        <w:trPr>
          <w:cantSplit/>
          <w:cantSplit/>
        </w:trPr>
        <w:tc>
          <w:tcPr>
            <w:tcW w:type="dxa" w:w="5018"/>
            <w:shd w:fill="1F7A8C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21"/>
              </w:rPr>
              <w:t>09</w:t>
            </w:r>
          </w:p>
        </w:tc>
        <w:tc>
          <w:tcPr>
            <w:tcW w:type="dxa" w:w="5018"/>
            <w:shd w:fill="EAF3F7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23"/>
              </w:rPr>
              <w:t>附件清单与确认</w:t>
            </w:r>
          </w:p>
        </w:tc>
      </w:tr>
    </w:tbl>
    <w:p>
      <w:pPr>
        <w:spacing w:before="0" w:after="0" w:line="24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8050"/>
      </w:tblGrid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附件名称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1. __________________________  2. __________________________  3. __________________________</w:t>
            </w:r>
          </w:p>
        </w:tc>
      </w:tr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其他附件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4. __________________________  5. __________________________  6. __________________________</w:t>
            </w:r>
          </w:p>
        </w:tc>
      </w:tr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客户确认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姓名/签字：________________________</w:t>
            </w:r>
          </w:p>
        </w:tc>
      </w:tr>
      <w:tr>
        <w:trPr>
          <w:cantSplit/>
          <w:trHeight w:hRule="atLeast" w:val="465"/>
          <w:cantSplit/>
        </w:trPr>
        <w:tc>
          <w:tcPr>
            <w:tcW w:type="dxa" w:w="1814"/>
            <w:vAlign w:val="center"/>
            <w:shd w:fill="F6F9FB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43A52"/>
                <w:sz w:val="18"/>
              </w:rPr>
              <w:t>填写日期</w:t>
            </w:r>
          </w:p>
        </w:tc>
        <w:tc>
          <w:tcPr>
            <w:tcW w:type="dxa" w:w="805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9DB4C0"/>
              <w:left w:val="single" w:sz="5" w:color="9DB4C0"/>
              <w:bottom w:val="single" w:sz="5" w:color="9DB4C0"/>
              <w:right w:val="single" w:sz="5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 w:val="0"/>
                <w:color w:val="23313A"/>
                <w:sz w:val="18"/>
              </w:rPr>
              <w:t>________年____月____日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EAF3F7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6" w:color="9DB4C0"/>
              <w:left w:val="single" w:sz="6" w:color="9DB4C0"/>
              <w:bottom w:val="single" w:sz="6" w:color="9DB4C0"/>
              <w:right w:val="single" w:sz="6" w:color="9DB4C0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Arial" w:hAnsi="Arial" w:eastAsia="Noto Sans CJK SC"/>
                <w:b/>
                <w:color w:val="1F7A8C"/>
                <w:sz w:val="18"/>
              </w:rPr>
              <w:t>填写说明：</w:t>
            </w:r>
            <w:r>
              <w:rPr>
                <w:rFonts w:ascii="Arial" w:hAnsi="Arial" w:eastAsia="Noto Sans CJK SC"/>
                <w:b w:val="0"/>
                <w:color w:val="23313A"/>
                <w:sz w:val="17"/>
              </w:rPr>
              <w:t>请仅填写已知信息；不确定内容可填写“请技术人员评估”。本需求表用于前期需求评估，最终技术路线、项目范围、周期、费用、代码范围和交付内容以双方确认的技术方案或合同为准。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65" w:right="935" w:bottom="765" w:left="935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030"/>
      <w:gridCol w:w="2835"/>
    </w:tblGrid>
    <w:tr>
      <w:tc>
        <w:tcPr>
          <w:tcW w:type="dxa" w:w="4932"/>
        </w:tcPr>
        <w:p>
          <w:r>
            <w:rPr>
              <w:rFonts w:ascii="Arial" w:hAnsi="Arial" w:eastAsia="Noto Sans CJK SC"/>
              <w:b w:val="0"/>
              <w:color w:val="5E707A"/>
              <w:sz w:val="16"/>
            </w:rPr>
            <w:t>jingsuanliangzi.com  |  jingsuanliangzi@163.com</w:t>
            <w:br/>
            <w:t>统一社会信用代码：91340100MA8QMRPH71</w:t>
            <w:br/>
            <w:t>地址：安徽省合肥市经济技术开发区</w:t>
          </w:r>
        </w:p>
      </w:tc>
      <w:tc>
        <w:tcPr>
          <w:tcW w:type="dxa" w:w="4932"/>
        </w:tcPr>
        <w:p>
          <w:pPr>
            <w:jc w:val="right"/>
          </w:pPr>
          <w:r>
            <w:rPr>
              <w:rFonts w:ascii="Arial" w:hAnsi="Arial" w:eastAsia="Noto Sans CJK SC"/>
              <w:b w:val="0"/>
              <w:color w:val="5E707A"/>
              <w:sz w:val="16"/>
            </w:rPr>
            <w:t xml:space="preserve">第 </w:t>
          </w:r>
          <w:r>
            <w:fldChar w:fldCharType="begin"/>
            <w:instrText xml:space="preserve">PAGE</w:instrText>
            <w:fldChar w:fldCharType="end"/>
          </w:r>
          <w:r>
            <w:rPr>
              <w:rFonts w:ascii="Arial" w:hAnsi="Arial" w:eastAsia="Noto Sans CJK SC"/>
              <w:b w:val="0"/>
              <w:color w:val="5E707A"/>
              <w:sz w:val="16"/>
            </w:rPr>
            <w:t xml:space="preserve"> 页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6" w:space="1" w:color="9DB4C0"/>
      </w:pBdr>
    </w:pPr>
    <w:r>
      <w:rPr>
        <w:rFonts w:ascii="Arial" w:hAnsi="Arial" w:eastAsia="Noto Sans CJK SC"/>
        <w:b/>
        <w:color w:val="143A52"/>
        <w:sz w:val="17"/>
      </w:rPr>
      <w:t>JINGSUAN QUANTUM  |  合肥晶算量子科技有限公司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Noto Sans CJK SC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AI-4-科研知识库与 RAG项目需求表</dc:title>
  <dc:subject>AI项目需求收集与前期评估</dc:subject>
  <dc:creator>JINGSUAN QUANTUM</dc:creator>
  <cp:keywords>AI-4, 科研知识库与 RAG, AI项目需求表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